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הזמן של 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האירועים המרכזיים בחייו של מנחם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סידור אירועים היסטוריים לפי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הבנת מושגי יסוד כמו חוזה שלום, המהפך ונאום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סדרו את האירועים מהמוקדם למאוחר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נולד בעיר בריסק, בי״ג באב - שבת נחמו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הגיע לארץ ישראל כחייל בצבא פולני שיצא מברית המועצות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המהפך - ניצחון בבחירות ומינוי לראש ממשלה ב-20.6.1977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נשיא מצרים סאדאת ביקר בירושלים ונאם בכנסת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נחתם חוזה השלום בין ישראל למצרים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נפטר ונקבר בהר הזיתים ליד עולי הגרדום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בריסק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הצבא הפולני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המהפך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אנואר סאדאת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מצרים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שבת נחמו קשורה למילה נחמה, ומכאן שמו מנחם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קודם הוא נולד ורק אחר כך הגיע לארץ כחייל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נכתב בציר הזמן, לפי בקשתו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ביקור סאדאת היה לפני חתימת חוזה השלום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בריסק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פולני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המהפך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סאדאת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התאימו בין האירוע לפרט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(בי״ג באב, שבת נחמו)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(20.6.1977)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(נאום בכנסת)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(הסכם בין ישראל למצרים)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(ד׳ באדר ב׳ תשנ״ב, הר הזיתים)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זה היה צעד אומץ וחשוב בדרך לשלום בין ישראל למצרים, אחרי שנים של סכסוך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הולדתו בבריסק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המהפך - ניצחון בבחירות והפיכתו לראש ממשלה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הדף לקבוצות ולבקש לסדר את האירועים על כרטיסיות לפני המילוי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להסביר בקצרה את המושג חוזה שלום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הזמן של 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האירועים החשובים בחייו של מנחם בגין, מהולדתו ועד פטירתו, ונלמד לסדר אותם לפי סדר הזמן הנכון.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סדרו את האירועים מהמוקדם למאוחר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נשיא מצרים סאדאת ביקר בירושלים ונאם בכנסת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המהפך - ניצחון בבחירות ומינוי לראש ממשלה ב-20.6.1977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נפטר ונקבר בהר הזיתים ליד עולי הגרדום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נחתם חוזה השלום בין ישראל למצרים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הגיע לארץ ישראל כחייל בצבא פולני שיצא מברית המועצות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נולד בעיר בריסק, בי״ג באב - שבת נחמו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עיר נולד מנחם בגין?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ורשה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קייב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לונדון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צבא הגיע בגין לארץ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הצבא הבריטי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הצבא הפולני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הצבא הסובייטי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הצבא האמריקאי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נקרא השינוי הגדול בבחירות 1977?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המהפך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המפנה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ביקר בירושלים ונאם בכנסת?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אנואר סאדאת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ג'ימי קרטר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גולדה מאיר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דוד בן גוריון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עם איזו מדינה נחתם חוזה השלום המוזכר בציר הזמן?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לבנון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נולד בשבת נחמו ולכן נקרא מנחם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הגיע לארץ ישראל לפני שנולד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נקבר בהר הזיתים ליד עולי הגרדום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חוזה השלום עם מצרים נחתם לפני ביקור סאדאת בירושלים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מנחם בגין נולד בעיר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בגין הגיע לארץ ישראל כחייל בצבא __________ שיצא מברית המועצות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בבחירות 1977 קרה אירוע שנקרא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נשיא מצרים __________ ביקר בירושלים ונאם בכנסת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התאימו בין האירוע לפרט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נולד בבריסק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20.6.1977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המהפך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ד׳ באדר ב׳ תשנ״ב, הר הזיתים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ביקור סאדאת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הסכם בין ישראל למצרים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חוזה השלום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נאום בכנסת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פטירתו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בי״ג באב, שבת נחמו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חשוב ביקור סאדאת בירושלים ונאומו בכנסת?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האירוע הראשון בציר הזמן של בגין?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קרה בשנת 1977?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עם איזו מדינה נחתם חוזה השלום?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ציר הזמן של מנחם בגין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